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545196" w14:textId="77777777" w:rsidR="00C90C27" w:rsidRPr="00050C5A" w:rsidRDefault="00A71B79" w:rsidP="00C90C27">
      <w:pPr>
        <w:spacing w:line="360" w:lineRule="auto"/>
        <w:jc w:val="center"/>
        <w:rPr>
          <w:rFonts w:ascii="Arial" w:hAnsi="Arial" w:cs="Arial"/>
          <w:b/>
          <w:bCs/>
          <w:sz w:val="20"/>
          <w:szCs w:val="20"/>
        </w:rPr>
      </w:pPr>
      <w:r w:rsidRPr="005B14F6">
        <w:rPr>
          <w:rFonts w:cs="Calibri"/>
          <w:sz w:val="24"/>
        </w:rPr>
        <w:br/>
      </w:r>
      <w:r w:rsidR="00C90C27" w:rsidRPr="00050C5A">
        <w:rPr>
          <w:rFonts w:ascii="Arial" w:hAnsi="Arial" w:cs="Arial"/>
          <w:b/>
          <w:bCs/>
          <w:sz w:val="20"/>
          <w:szCs w:val="20"/>
        </w:rPr>
        <w:t>ΔΕΛΤΙΟ ΤΥΠΟΥ</w:t>
      </w:r>
    </w:p>
    <w:p w14:paraId="2DCEFB63" w14:textId="77777777" w:rsidR="00C90C27" w:rsidRDefault="00C90C27" w:rsidP="00C90C27">
      <w:pPr>
        <w:spacing w:line="360" w:lineRule="auto"/>
        <w:jc w:val="center"/>
        <w:rPr>
          <w:rFonts w:ascii="Arial" w:hAnsi="Arial" w:cs="Arial"/>
          <w:b/>
          <w:bCs/>
          <w:sz w:val="20"/>
          <w:szCs w:val="20"/>
        </w:rPr>
      </w:pPr>
      <w:r>
        <w:rPr>
          <w:rFonts w:ascii="Arial" w:hAnsi="Arial" w:cs="Arial"/>
          <w:b/>
          <w:bCs/>
          <w:sz w:val="20"/>
          <w:szCs w:val="20"/>
        </w:rPr>
        <w:t xml:space="preserve">Θέμα: </w:t>
      </w:r>
      <w:r w:rsidRPr="00050C5A">
        <w:rPr>
          <w:rFonts w:ascii="Arial" w:hAnsi="Arial" w:cs="Arial"/>
          <w:b/>
          <w:bCs/>
          <w:sz w:val="20"/>
          <w:szCs w:val="20"/>
        </w:rPr>
        <w:t>Παγκόσμια Ημέρα Ψυχικής Υγείας 2026 – «#MINDYOURMIND#</w:t>
      </w:r>
    </w:p>
    <w:p w14:paraId="788ECE04" w14:textId="56BBD47E" w:rsidR="00C90C27" w:rsidRPr="00050C5A" w:rsidRDefault="00C90C27" w:rsidP="00C90C27">
      <w:pPr>
        <w:spacing w:line="360" w:lineRule="auto"/>
        <w:jc w:val="center"/>
        <w:rPr>
          <w:rFonts w:ascii="Arial" w:hAnsi="Arial" w:cs="Arial"/>
          <w:b/>
          <w:bCs/>
          <w:sz w:val="20"/>
          <w:szCs w:val="20"/>
        </w:rPr>
      </w:pPr>
      <w:r>
        <w:rPr>
          <w:rFonts w:ascii="Arial" w:hAnsi="Arial" w:cs="Arial"/>
          <w:b/>
          <w:bCs/>
          <w:sz w:val="20"/>
          <w:szCs w:val="20"/>
        </w:rPr>
        <w:t xml:space="preserve">Στον Δήμο </w:t>
      </w:r>
      <w:r w:rsidR="00654BCC">
        <w:rPr>
          <w:rFonts w:ascii="Arial" w:hAnsi="Arial" w:cs="Arial"/>
          <w:b/>
          <w:bCs/>
          <w:sz w:val="20"/>
          <w:szCs w:val="20"/>
        </w:rPr>
        <w:t>Αχαρνών</w:t>
      </w:r>
    </w:p>
    <w:p w14:paraId="1982737B" w14:textId="620297A3" w:rsidR="00C90C27" w:rsidRPr="002D4E72" w:rsidRDefault="00C90C27" w:rsidP="002D4E72">
      <w:pPr>
        <w:spacing w:after="0" w:line="360" w:lineRule="auto"/>
        <w:ind w:firstLine="720"/>
        <w:jc w:val="both"/>
        <w:rPr>
          <w:rFonts w:cs="Calibri"/>
          <w:sz w:val="24"/>
          <w:szCs w:val="24"/>
        </w:rPr>
      </w:pPr>
      <w:r w:rsidRPr="002D4E72">
        <w:rPr>
          <w:rFonts w:cs="Calibri"/>
          <w:sz w:val="24"/>
          <w:szCs w:val="24"/>
        </w:rPr>
        <w:t>Η Αστική Μη Κερδοσκοπική Εταιρεία ΠΡΟΜΗΘΕΑΣ είναι ένας επιστημονικός φορέας που δραστηριοποιείται στον χώρο της ψυχικής υγείας από το 2003 και εποπτεύεται από τη Διεύθυνση Ψυχικής Υγείας του Υπουργ</w:t>
      </w:r>
      <w:r w:rsidR="00B90877">
        <w:rPr>
          <w:rFonts w:cs="Calibri"/>
          <w:sz w:val="24"/>
          <w:szCs w:val="24"/>
        </w:rPr>
        <w:t>είου Υγείας. Σε συνεργασία με τη</w:t>
      </w:r>
      <w:r w:rsidRPr="002D4E72">
        <w:rPr>
          <w:rFonts w:cs="Calibri"/>
          <w:sz w:val="24"/>
          <w:szCs w:val="24"/>
        </w:rPr>
        <w:t xml:space="preserve"> </w:t>
      </w:r>
      <w:r w:rsidR="00B90877">
        <w:rPr>
          <w:rFonts w:cs="Calibri"/>
          <w:sz w:val="24"/>
          <w:szCs w:val="24"/>
        </w:rPr>
        <w:t>Δ/</w:t>
      </w:r>
      <w:proofErr w:type="spellStart"/>
      <w:r w:rsidR="00B90877">
        <w:rPr>
          <w:rFonts w:cs="Calibri"/>
          <w:sz w:val="24"/>
          <w:szCs w:val="24"/>
        </w:rPr>
        <w:t>νση</w:t>
      </w:r>
      <w:proofErr w:type="spellEnd"/>
      <w:r w:rsidRPr="002D4E72">
        <w:rPr>
          <w:rFonts w:cs="Calibri"/>
          <w:sz w:val="24"/>
          <w:szCs w:val="24"/>
        </w:rPr>
        <w:t xml:space="preserve"> Κοινωνικής Πολιτικής του Δήμου</w:t>
      </w:r>
      <w:r w:rsidR="00654BCC">
        <w:rPr>
          <w:rFonts w:cs="Calibri"/>
          <w:sz w:val="24"/>
          <w:szCs w:val="24"/>
        </w:rPr>
        <w:t xml:space="preserve"> Αχαρνών</w:t>
      </w:r>
      <w:r w:rsidRPr="002D4E72">
        <w:rPr>
          <w:rFonts w:cs="Calibri"/>
          <w:sz w:val="24"/>
          <w:szCs w:val="24"/>
        </w:rPr>
        <w:t>,</w:t>
      </w:r>
      <w:r w:rsidR="00654BCC" w:rsidRPr="00654BCC">
        <w:rPr>
          <w:rFonts w:ascii="Arial" w:hAnsi="Arial" w:cs="Arial"/>
          <w:sz w:val="20"/>
          <w:szCs w:val="20"/>
        </w:rPr>
        <w:t xml:space="preserve"> </w:t>
      </w:r>
      <w:r w:rsidR="00B42379">
        <w:rPr>
          <w:rFonts w:ascii="Arial" w:hAnsi="Arial" w:cs="Arial"/>
          <w:sz w:val="20"/>
          <w:szCs w:val="20"/>
        </w:rPr>
        <w:t xml:space="preserve">και </w:t>
      </w:r>
      <w:r w:rsidR="00E549E0">
        <w:rPr>
          <w:rFonts w:ascii="Arial" w:hAnsi="Arial" w:cs="Arial"/>
          <w:sz w:val="20"/>
          <w:szCs w:val="20"/>
        </w:rPr>
        <w:t>τ</w:t>
      </w:r>
      <w:r w:rsidR="00B42379">
        <w:rPr>
          <w:rFonts w:ascii="Arial" w:hAnsi="Arial" w:cs="Arial"/>
          <w:sz w:val="20"/>
          <w:szCs w:val="20"/>
        </w:rPr>
        <w:t>η</w:t>
      </w:r>
      <w:r w:rsidR="00E549E0">
        <w:rPr>
          <w:rFonts w:ascii="Arial" w:hAnsi="Arial" w:cs="Arial"/>
          <w:sz w:val="20"/>
          <w:szCs w:val="20"/>
        </w:rPr>
        <w:t>ν αντιδήμαρχο</w:t>
      </w:r>
      <w:bookmarkStart w:id="0" w:name="_GoBack"/>
      <w:bookmarkEnd w:id="0"/>
      <w:r w:rsidR="00B42379">
        <w:rPr>
          <w:rFonts w:ascii="Arial" w:hAnsi="Arial" w:cs="Arial"/>
          <w:sz w:val="20"/>
          <w:szCs w:val="20"/>
        </w:rPr>
        <w:t xml:space="preserve"> κ. </w:t>
      </w:r>
      <w:proofErr w:type="spellStart"/>
      <w:r w:rsidR="00B42379">
        <w:rPr>
          <w:rFonts w:ascii="Arial" w:hAnsi="Arial" w:cs="Arial"/>
          <w:sz w:val="20"/>
          <w:szCs w:val="20"/>
        </w:rPr>
        <w:t>Κατσανδρή</w:t>
      </w:r>
      <w:proofErr w:type="spellEnd"/>
      <w:r w:rsidR="00B42379">
        <w:rPr>
          <w:rFonts w:ascii="Arial" w:hAnsi="Arial" w:cs="Arial"/>
          <w:sz w:val="20"/>
          <w:szCs w:val="20"/>
        </w:rPr>
        <w:t xml:space="preserve"> </w:t>
      </w:r>
      <w:proofErr w:type="spellStart"/>
      <w:r w:rsidR="00654BCC">
        <w:rPr>
          <w:rFonts w:ascii="Arial" w:hAnsi="Arial" w:cs="Arial"/>
          <w:sz w:val="20"/>
          <w:szCs w:val="20"/>
        </w:rPr>
        <w:t>Χ</w:t>
      </w:r>
      <w:r w:rsidR="00B90877">
        <w:rPr>
          <w:rFonts w:ascii="Arial" w:hAnsi="Arial" w:cs="Arial"/>
          <w:sz w:val="20"/>
          <w:szCs w:val="20"/>
        </w:rPr>
        <w:t>ρηστίνα</w:t>
      </w:r>
      <w:proofErr w:type="spellEnd"/>
      <w:r w:rsidRPr="002D4E72">
        <w:rPr>
          <w:rFonts w:cs="Calibri"/>
          <w:sz w:val="24"/>
          <w:szCs w:val="24"/>
        </w:rPr>
        <w:t xml:space="preserve"> διοργανώνει την κοινοτική δράση «</w:t>
      </w:r>
      <w:r w:rsidRPr="00157658">
        <w:rPr>
          <w:rFonts w:cs="Calibri"/>
          <w:b/>
          <w:bCs/>
          <w:sz w:val="24"/>
          <w:szCs w:val="24"/>
        </w:rPr>
        <w:t>#MINDYOURMIND#</w:t>
      </w:r>
      <w:r w:rsidRPr="00157658">
        <w:rPr>
          <w:rFonts w:cs="Calibri"/>
          <w:sz w:val="24"/>
          <w:szCs w:val="24"/>
        </w:rPr>
        <w:t>,</w:t>
      </w:r>
      <w:r w:rsidRPr="00157658">
        <w:rPr>
          <w:rFonts w:cs="Calibri"/>
          <w:b/>
          <w:bCs/>
          <w:sz w:val="24"/>
          <w:szCs w:val="24"/>
        </w:rPr>
        <w:t xml:space="preserve"> </w:t>
      </w:r>
      <w:r w:rsidRPr="002D4E72">
        <w:rPr>
          <w:rFonts w:cs="Calibri"/>
          <w:sz w:val="24"/>
          <w:szCs w:val="24"/>
        </w:rPr>
        <w:t xml:space="preserve">την </w:t>
      </w:r>
      <w:r w:rsidR="00654BCC">
        <w:rPr>
          <w:rFonts w:cs="Calibri"/>
          <w:sz w:val="24"/>
          <w:szCs w:val="24"/>
        </w:rPr>
        <w:t>Τρίτη 6</w:t>
      </w:r>
      <w:r w:rsidRPr="002D4E72">
        <w:rPr>
          <w:rFonts w:cs="Calibri"/>
          <w:sz w:val="24"/>
          <w:szCs w:val="24"/>
        </w:rPr>
        <w:t xml:space="preserve"> Οκτωβρίου 2026 και ώρες 10:00 π.μ. έως και 13:00 </w:t>
      </w:r>
      <w:r w:rsidR="00654BCC" w:rsidRPr="002D4E72">
        <w:rPr>
          <w:rFonts w:cs="Calibri"/>
          <w:sz w:val="24"/>
          <w:szCs w:val="24"/>
        </w:rPr>
        <w:t>μ.μ.</w:t>
      </w:r>
      <w:r w:rsidRPr="002D4E72">
        <w:rPr>
          <w:rFonts w:cs="Calibri"/>
          <w:sz w:val="24"/>
          <w:szCs w:val="24"/>
        </w:rPr>
        <w:t xml:space="preserve"> στην Πλατεία</w:t>
      </w:r>
      <w:r w:rsidR="00654BCC">
        <w:rPr>
          <w:rFonts w:ascii="Arial" w:hAnsi="Arial" w:cs="Arial"/>
          <w:sz w:val="20"/>
          <w:szCs w:val="20"/>
        </w:rPr>
        <w:t xml:space="preserve"> Αγίου Βλασίου</w:t>
      </w:r>
      <w:r w:rsidR="00654BCC" w:rsidRPr="002D4E72">
        <w:rPr>
          <w:rFonts w:cs="Calibri"/>
          <w:sz w:val="24"/>
          <w:szCs w:val="24"/>
        </w:rPr>
        <w:t xml:space="preserve"> </w:t>
      </w:r>
      <w:r w:rsidRPr="002D4E72">
        <w:rPr>
          <w:rFonts w:cs="Calibri"/>
          <w:sz w:val="24"/>
          <w:szCs w:val="24"/>
        </w:rPr>
        <w:t xml:space="preserve">– </w:t>
      </w:r>
      <w:r w:rsidR="00654BCC">
        <w:rPr>
          <w:rFonts w:ascii="Arial" w:hAnsi="Arial" w:cs="Arial"/>
          <w:sz w:val="20"/>
          <w:szCs w:val="20"/>
        </w:rPr>
        <w:t xml:space="preserve">Δήμου Αχαρνών . </w:t>
      </w:r>
      <w:r w:rsidRPr="002D4E72">
        <w:rPr>
          <w:rFonts w:cs="Calibri"/>
          <w:sz w:val="24"/>
          <w:szCs w:val="24"/>
        </w:rPr>
        <w:t xml:space="preserve">Όπου μαθητές, γονείς, φορείς και μέλη της κοινότητας ενημερώνονται μέσα από βιωματικές δράσεις και τα δικά τους μηνύματα και μας μιλούν για την Ψυχική Υγεία…  </w:t>
      </w:r>
    </w:p>
    <w:p w14:paraId="3C94EB42" w14:textId="77777777" w:rsidR="00C90C27" w:rsidRPr="002D4E72" w:rsidRDefault="00C90C27" w:rsidP="002D4E72">
      <w:pPr>
        <w:spacing w:after="0" w:line="360" w:lineRule="auto"/>
        <w:ind w:firstLine="720"/>
        <w:jc w:val="both"/>
        <w:rPr>
          <w:rFonts w:cs="Calibri"/>
          <w:sz w:val="24"/>
          <w:szCs w:val="24"/>
        </w:rPr>
      </w:pPr>
      <w:r w:rsidRPr="002D4E72">
        <w:rPr>
          <w:rFonts w:cs="Calibri"/>
          <w:sz w:val="24"/>
          <w:szCs w:val="24"/>
        </w:rPr>
        <w:t>Στο πλαίσιο της δράσης, οι μαθητές και οι μαθήτριες των σχολικών μονάδων, σύλλογοι γονέων και άλλοι φορείς,  θα  εκφράσουν δημιουργικά τις σκέψεις, τις απόψεις και τα μηνύματά τους για την ψυχική υγεία, μέσα από τη δημιουργία αφίσας, ζωγραφικής, κολλάζ, κατασκευής, συνθήματος, σύντομου κειμένου και άλλων ομαδικών εργασιών. Μέσα από την παρουσίαση του μηνύματος «Η Ψυχική Υγεία μας αφορά όλους» επιδιώκεται η διαμόρφωση ενός συλλογικού συμπεράσματος αναδεικνύοντας τη δημιουργικότητα, τη συμμετοχή και τη φωνή όλων των πολιτών.</w:t>
      </w:r>
    </w:p>
    <w:p w14:paraId="381217F2" w14:textId="77777777" w:rsidR="00C90C27" w:rsidRPr="002D4E72" w:rsidRDefault="00C90C27" w:rsidP="002D4E72">
      <w:pPr>
        <w:spacing w:after="0" w:line="360" w:lineRule="auto"/>
        <w:jc w:val="both"/>
        <w:rPr>
          <w:rFonts w:cs="Calibri"/>
          <w:sz w:val="24"/>
          <w:szCs w:val="24"/>
        </w:rPr>
      </w:pPr>
      <w:r w:rsidRPr="002D4E72">
        <w:rPr>
          <w:rFonts w:cs="Calibri"/>
          <w:sz w:val="24"/>
          <w:szCs w:val="24"/>
        </w:rPr>
        <w:t xml:space="preserve"> </w:t>
      </w:r>
      <w:r w:rsidRPr="002D4E72">
        <w:rPr>
          <w:rFonts w:cs="Calibri"/>
          <w:sz w:val="24"/>
          <w:szCs w:val="24"/>
        </w:rPr>
        <w:tab/>
        <w:t>Στόχος μας είναι να ενισχυθεί η ενημέρωση και η ευαισθητοποίηση της κοινότητας γύρω από την ψυχική υγεία, να ενθαρρυνθεί η ελεύθερη έκφραση των συναισθημάτων και να καλλιεργηθεί μια κουλτούρα αποδοχής, συμπερίληψης, αλληλεγγύης και αναζήτησης υποστήριξης. Παράλληλα, η δράση επιδιώκει να ενισχύσει τη σύνδεση των πολιτών, των σχολικών κοινοτήτων και άλλων φορέων κοινωνικά ευπαθών και ευάλωτων ομάδων με τις υπηρεσίες  προαγωγής ψυχικής υγείας σε τοπικό και εθνικό επίπεδο.</w:t>
      </w:r>
    </w:p>
    <w:p w14:paraId="292D7801" w14:textId="77777777" w:rsidR="00C90C27" w:rsidRPr="002D4E72" w:rsidRDefault="00C90C27" w:rsidP="002D4E72">
      <w:pPr>
        <w:spacing w:after="0" w:line="360" w:lineRule="auto"/>
        <w:ind w:firstLine="720"/>
        <w:jc w:val="both"/>
        <w:rPr>
          <w:rFonts w:cs="Calibri"/>
          <w:sz w:val="24"/>
          <w:szCs w:val="24"/>
        </w:rPr>
      </w:pPr>
      <w:bookmarkStart w:id="1" w:name="_Hlk241761035"/>
      <w:r w:rsidRPr="002D4E72">
        <w:rPr>
          <w:rFonts w:cs="Calibri"/>
          <w:sz w:val="24"/>
          <w:szCs w:val="24"/>
        </w:rPr>
        <w:t xml:space="preserve">Για μία ημέρα, η πλατεία της πόλης θα αποτελέσει έναν ανοιχτό χώρο έκφρασης, όπου οι σκέψεις, τα συναισθήματα και οι δημιουργίες θα μεταφέρουν ένα κοινό μήνυμα για τη σημασία της φροντίδας της ψυχικής υγείας. Από τη σκέψη μας στη φροντίδα της ψυχικής υγείας, από το ένα μυαλό στο άλλο, από το σχολείο στην κοινότητα τις υπηρεσίες και τους φορείς προάγεται το μήνυμα:        </w:t>
      </w:r>
    </w:p>
    <w:p w14:paraId="10311263" w14:textId="50619714" w:rsidR="0059021D" w:rsidRPr="002D4E72" w:rsidRDefault="00C90C27" w:rsidP="002D4E72">
      <w:pPr>
        <w:spacing w:after="0" w:line="360" w:lineRule="auto"/>
        <w:rPr>
          <w:rFonts w:cs="Calibri"/>
          <w:sz w:val="24"/>
          <w:szCs w:val="24"/>
        </w:rPr>
      </w:pPr>
      <w:r w:rsidRPr="002D4E72">
        <w:rPr>
          <w:rFonts w:cs="Calibri"/>
          <w:sz w:val="24"/>
          <w:szCs w:val="24"/>
        </w:rPr>
        <w:lastRenderedPageBreak/>
        <w:t xml:space="preserve"> </w:t>
      </w:r>
      <w:bookmarkEnd w:id="1"/>
      <w:r w:rsidRPr="002D4E72">
        <w:rPr>
          <w:rFonts w:cs="Calibri"/>
          <w:sz w:val="24"/>
          <w:szCs w:val="24"/>
        </w:rPr>
        <w:t>«#MINDYOURMIND# γιατί η Ψυχική Υγεία μας αφορά όλους….»</w:t>
      </w:r>
    </w:p>
    <w:p w14:paraId="391F6A79" w14:textId="77777777" w:rsidR="004F7AEA" w:rsidRDefault="004F7AEA" w:rsidP="00C90C27">
      <w:pPr>
        <w:spacing w:after="0" w:line="360" w:lineRule="auto"/>
        <w:rPr>
          <w:rFonts w:ascii="Arial" w:hAnsi="Arial" w:cs="Arial"/>
          <w:sz w:val="20"/>
          <w:szCs w:val="20"/>
        </w:rPr>
      </w:pPr>
    </w:p>
    <w:p w14:paraId="497B3438" w14:textId="77777777" w:rsidR="002D4E72" w:rsidRDefault="002D4E72" w:rsidP="002D4E72">
      <w:pPr>
        <w:spacing w:after="0" w:line="360" w:lineRule="auto"/>
        <w:jc w:val="center"/>
        <w:rPr>
          <w:rFonts w:cs="Calibri"/>
          <w:sz w:val="24"/>
        </w:rPr>
      </w:pPr>
      <w:r>
        <w:rPr>
          <w:rFonts w:cs="Calibri"/>
          <w:sz w:val="24"/>
        </w:rPr>
        <w:t>Για την ΑΜΚΕ ΠΡΟΜΗΘΕΑΣ</w:t>
      </w:r>
    </w:p>
    <w:p w14:paraId="168F1945" w14:textId="77777777" w:rsidR="002D4E72" w:rsidRDefault="002D4E72" w:rsidP="002D4E72">
      <w:pPr>
        <w:spacing w:after="0" w:line="360" w:lineRule="auto"/>
        <w:jc w:val="center"/>
        <w:rPr>
          <w:rFonts w:cs="Calibri"/>
          <w:sz w:val="24"/>
        </w:rPr>
      </w:pPr>
      <w:r>
        <w:rPr>
          <w:rFonts w:cs="Calibri"/>
          <w:sz w:val="24"/>
        </w:rPr>
        <w:t xml:space="preserve">Δρ. Ι. Κ. </w:t>
      </w:r>
      <w:proofErr w:type="spellStart"/>
      <w:r>
        <w:rPr>
          <w:rFonts w:cs="Calibri"/>
          <w:sz w:val="24"/>
        </w:rPr>
        <w:t>Μουστακούνης</w:t>
      </w:r>
      <w:proofErr w:type="spellEnd"/>
    </w:p>
    <w:p w14:paraId="2F92442C" w14:textId="4526B4DD" w:rsidR="004F7AEA" w:rsidRPr="003A3376" w:rsidRDefault="002D4E72" w:rsidP="002D4E72">
      <w:pPr>
        <w:spacing w:after="0" w:line="360" w:lineRule="auto"/>
        <w:jc w:val="center"/>
        <w:rPr>
          <w:rFonts w:cs="Calibri"/>
        </w:rPr>
      </w:pPr>
      <w:r>
        <w:rPr>
          <w:rFonts w:cs="Calibri"/>
          <w:sz w:val="24"/>
        </w:rPr>
        <w:t>Πρόεδρος Δ.Σ.</w:t>
      </w:r>
    </w:p>
    <w:sectPr w:rsidR="004F7AEA" w:rsidRPr="003A3376" w:rsidSect="00034616">
      <w:headerReference w:type="default" r:id="rId9"/>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0D4B2" w14:textId="77777777" w:rsidR="00F375A1" w:rsidRDefault="00F375A1">
      <w:pPr>
        <w:spacing w:after="0" w:line="240" w:lineRule="auto"/>
      </w:pPr>
      <w:r>
        <w:separator/>
      </w:r>
    </w:p>
  </w:endnote>
  <w:endnote w:type="continuationSeparator" w:id="0">
    <w:p w14:paraId="0BABE4EF" w14:textId="77777777" w:rsidR="00F375A1" w:rsidRDefault="00F37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4F28B" w14:textId="77777777" w:rsidR="0059021D" w:rsidRPr="005B14F6" w:rsidRDefault="00A71B79">
    <w:pPr>
      <w:pStyle w:val="a6"/>
      <w:pBdr>
        <w:top w:val="single" w:sz="10" w:space="1" w:color="DD8862"/>
      </w:pBdr>
      <w:jc w:val="center"/>
    </w:pPr>
    <w:r w:rsidRPr="005B14F6">
      <w:rPr>
        <w:color w:val="DF8862"/>
        <w:sz w:val="17"/>
      </w:rPr>
      <w:t xml:space="preserve">ΠΡΟΜΗΘΕΑΣ ΑΜΚΕ  |  </w:t>
    </w:r>
    <w:r w:rsidR="008F51A7" w:rsidRPr="005B14F6">
      <w:rPr>
        <w:color w:val="DF8862"/>
        <w:sz w:val="17"/>
      </w:rPr>
      <w:t>Ελικώνος</w:t>
    </w:r>
    <w:r w:rsidRPr="005B14F6">
      <w:rPr>
        <w:color w:val="DF8862"/>
        <w:sz w:val="17"/>
      </w:rPr>
      <w:t xml:space="preserve"> 27, Αθήνα, ΤΚ 11364  |  Τηλ: 210 8679384  |  </w:t>
    </w:r>
    <w:r>
      <w:rPr>
        <w:color w:val="DF8862"/>
        <w:sz w:val="17"/>
      </w:rPr>
      <w:t>info</w:t>
    </w:r>
    <w:r w:rsidRPr="005B14F6">
      <w:rPr>
        <w:color w:val="DF8862"/>
        <w:sz w:val="17"/>
      </w:rPr>
      <w:t>@</w:t>
    </w:r>
    <w:r>
      <w:rPr>
        <w:color w:val="DF8862"/>
        <w:sz w:val="17"/>
      </w:rPr>
      <w:t>promitheasamke</w:t>
    </w:r>
    <w:r w:rsidRPr="005B14F6">
      <w:rPr>
        <w:color w:val="DF8862"/>
        <w:sz w:val="17"/>
      </w:rPr>
      <w:t>.</w:t>
    </w:r>
    <w:r>
      <w:rPr>
        <w:color w:val="DF8862"/>
        <w:sz w:val="17"/>
      </w:rPr>
      <w:t>gr</w:t>
    </w:r>
    <w:r w:rsidRPr="005B14F6">
      <w:rPr>
        <w:color w:val="DF8862"/>
        <w:sz w:val="17"/>
      </w:rPr>
      <w:t xml:space="preserve">  |  </w:t>
    </w:r>
    <w:r>
      <w:rPr>
        <w:color w:val="DF8862"/>
        <w:sz w:val="17"/>
      </w:rPr>
      <w:t>www</w:t>
    </w:r>
    <w:r w:rsidRPr="005B14F6">
      <w:rPr>
        <w:color w:val="DF8862"/>
        <w:sz w:val="17"/>
      </w:rPr>
      <w:t>.</w:t>
    </w:r>
    <w:r>
      <w:rPr>
        <w:color w:val="DF8862"/>
        <w:sz w:val="17"/>
      </w:rPr>
      <w:t>promitheasamke</w:t>
    </w:r>
    <w:r w:rsidRPr="005B14F6">
      <w:rPr>
        <w:color w:val="DF8862"/>
        <w:sz w:val="17"/>
      </w:rPr>
      <w:t>.</w:t>
    </w:r>
    <w:r>
      <w:rPr>
        <w:color w:val="DF8862"/>
        <w:sz w:val="17"/>
      </w:rPr>
      <w:t>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F9027" w14:textId="77777777" w:rsidR="00F375A1" w:rsidRDefault="00F375A1">
      <w:pPr>
        <w:spacing w:after="0" w:line="240" w:lineRule="auto"/>
      </w:pPr>
      <w:r>
        <w:separator/>
      </w:r>
    </w:p>
  </w:footnote>
  <w:footnote w:type="continuationSeparator" w:id="0">
    <w:p w14:paraId="24832229" w14:textId="77777777" w:rsidR="00F375A1" w:rsidRDefault="00F37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C1CCC" w14:textId="77777777" w:rsidR="0059021D" w:rsidRDefault="00F375A1">
    <w:pPr>
      <w:pStyle w:val="a5"/>
    </w:pPr>
    <w:r>
      <w:rPr>
        <w:noProof/>
      </w:rPr>
      <w:pict w14:anchorId="39CBF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171pt;height:58.5pt;visibility:visible">
          <v:imagedata r:id="rId1" o:title=""/>
        </v:shape>
      </w:pict>
    </w:r>
  </w:p>
  <w:p w14:paraId="3509975A" w14:textId="77777777" w:rsidR="0059021D" w:rsidRDefault="0059021D">
    <w:pPr>
      <w:pBdr>
        <w:bottom w:val="single" w:sz="12" w:space="1" w:color="0B5774"/>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NotTrackMoves/>
  <w:defaultTabStop w:val="720"/>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0C27"/>
    <w:rsid w:val="00034616"/>
    <w:rsid w:val="0005662F"/>
    <w:rsid w:val="0006063C"/>
    <w:rsid w:val="0015074B"/>
    <w:rsid w:val="00157658"/>
    <w:rsid w:val="0029639D"/>
    <w:rsid w:val="002D4E72"/>
    <w:rsid w:val="00326F90"/>
    <w:rsid w:val="003A3376"/>
    <w:rsid w:val="0049250A"/>
    <w:rsid w:val="004F7AEA"/>
    <w:rsid w:val="0059021D"/>
    <w:rsid w:val="005A7430"/>
    <w:rsid w:val="005B14F6"/>
    <w:rsid w:val="00636283"/>
    <w:rsid w:val="00654BCC"/>
    <w:rsid w:val="006A55E3"/>
    <w:rsid w:val="008862EE"/>
    <w:rsid w:val="008F51A7"/>
    <w:rsid w:val="009D0D29"/>
    <w:rsid w:val="00A71B79"/>
    <w:rsid w:val="00AA1D8D"/>
    <w:rsid w:val="00B42379"/>
    <w:rsid w:val="00B47730"/>
    <w:rsid w:val="00B90877"/>
    <w:rsid w:val="00C6603B"/>
    <w:rsid w:val="00C90C27"/>
    <w:rsid w:val="00CB0664"/>
    <w:rsid w:val="00E549E0"/>
    <w:rsid w:val="00F375A1"/>
    <w:rsid w:val="00FC69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D86A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90C27"/>
    <w:pPr>
      <w:spacing w:after="160" w:line="259" w:lineRule="auto"/>
    </w:pPr>
    <w:rPr>
      <w:rFonts w:ascii="Calibri" w:eastAsia="Calibri" w:hAnsi="Calibri"/>
      <w:kern w:val="2"/>
      <w:sz w:val="22"/>
      <w:szCs w:val="22"/>
      <w:lang w:eastAsia="en-US"/>
    </w:rPr>
  </w:style>
  <w:style w:type="paragraph" w:styleId="1">
    <w:name w:val="heading 1"/>
    <w:basedOn w:val="a1"/>
    <w:next w:val="a1"/>
    <w:link w:val="1Char"/>
    <w:uiPriority w:val="9"/>
    <w:qFormat/>
    <w:rsid w:val="00FC693F"/>
    <w:pPr>
      <w:keepNext/>
      <w:keepLines/>
      <w:spacing w:before="480" w:after="0"/>
      <w:outlineLvl w:val="0"/>
    </w:pPr>
    <w:rPr>
      <w:rFonts w:eastAsia="MS Gothic"/>
      <w:b/>
      <w:bCs/>
      <w:color w:val="365F91"/>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eastAsia="MS Gothic"/>
      <w:b/>
      <w:bCs/>
      <w:color w:val="4F81BD"/>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eastAsia="MS Gothic"/>
      <w:b/>
      <w:bCs/>
      <w:color w:val="4F81BD"/>
    </w:rPr>
  </w:style>
  <w:style w:type="paragraph" w:styleId="4">
    <w:name w:val="heading 4"/>
    <w:basedOn w:val="a1"/>
    <w:next w:val="a1"/>
    <w:link w:val="4Char"/>
    <w:uiPriority w:val="9"/>
    <w:semiHidden/>
    <w:unhideWhenUsed/>
    <w:qFormat/>
    <w:rsid w:val="00FC693F"/>
    <w:pPr>
      <w:keepNext/>
      <w:keepLines/>
      <w:spacing w:before="200" w:after="0"/>
      <w:outlineLvl w:val="3"/>
    </w:pPr>
    <w:rPr>
      <w:rFonts w:eastAsia="MS Gothic"/>
      <w:b/>
      <w:bCs/>
      <w:i/>
      <w:iCs/>
      <w:color w:val="4F81BD"/>
    </w:rPr>
  </w:style>
  <w:style w:type="paragraph" w:styleId="5">
    <w:name w:val="heading 5"/>
    <w:basedOn w:val="a1"/>
    <w:next w:val="a1"/>
    <w:link w:val="5Char"/>
    <w:uiPriority w:val="9"/>
    <w:semiHidden/>
    <w:unhideWhenUsed/>
    <w:qFormat/>
    <w:rsid w:val="00FC693F"/>
    <w:pPr>
      <w:keepNext/>
      <w:keepLines/>
      <w:spacing w:before="200" w:after="0"/>
      <w:outlineLvl w:val="4"/>
    </w:pPr>
    <w:rPr>
      <w:rFonts w:eastAsia="MS Gothic"/>
      <w:color w:val="243F60"/>
    </w:rPr>
  </w:style>
  <w:style w:type="paragraph" w:styleId="6">
    <w:name w:val="heading 6"/>
    <w:basedOn w:val="a1"/>
    <w:next w:val="a1"/>
    <w:link w:val="6Char"/>
    <w:uiPriority w:val="9"/>
    <w:semiHidden/>
    <w:unhideWhenUsed/>
    <w:qFormat/>
    <w:rsid w:val="00FC693F"/>
    <w:pPr>
      <w:keepNext/>
      <w:keepLines/>
      <w:spacing w:before="200" w:after="0"/>
      <w:outlineLvl w:val="5"/>
    </w:pPr>
    <w:rPr>
      <w:rFonts w:eastAsia="MS Gothic"/>
      <w:i/>
      <w:iCs/>
      <w:color w:val="243F60"/>
    </w:rPr>
  </w:style>
  <w:style w:type="paragraph" w:styleId="7">
    <w:name w:val="heading 7"/>
    <w:basedOn w:val="a1"/>
    <w:next w:val="a1"/>
    <w:link w:val="7Char"/>
    <w:uiPriority w:val="9"/>
    <w:semiHidden/>
    <w:unhideWhenUsed/>
    <w:qFormat/>
    <w:rsid w:val="00FC693F"/>
    <w:pPr>
      <w:keepNext/>
      <w:keepLines/>
      <w:spacing w:before="200" w:after="0"/>
      <w:outlineLvl w:val="6"/>
    </w:pPr>
    <w:rPr>
      <w:rFonts w:eastAsia="MS Gothic"/>
      <w:i/>
      <w:iCs/>
      <w:color w:val="404040"/>
    </w:rPr>
  </w:style>
  <w:style w:type="paragraph" w:styleId="8">
    <w:name w:val="heading 8"/>
    <w:basedOn w:val="a1"/>
    <w:next w:val="a1"/>
    <w:link w:val="8Char"/>
    <w:uiPriority w:val="9"/>
    <w:semiHidden/>
    <w:unhideWhenUsed/>
    <w:qFormat/>
    <w:rsid w:val="00FC693F"/>
    <w:pPr>
      <w:keepNext/>
      <w:keepLines/>
      <w:spacing w:before="200" w:after="0"/>
      <w:outlineLvl w:val="7"/>
    </w:pPr>
    <w:rPr>
      <w:rFonts w:eastAsia="MS Gothic"/>
      <w:color w:val="4F81BD"/>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eastAsia="MS Gothic"/>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rPr>
      <w:sz w:val="22"/>
      <w:szCs w:val="22"/>
      <w:lang w:val="en-US" w:eastAsia="en-US"/>
    </w:rPr>
  </w:style>
  <w:style w:type="character" w:customStyle="1" w:styleId="1Char">
    <w:name w:val="Επικεφαλίδα 1 Char"/>
    <w:link w:val="1"/>
    <w:uiPriority w:val="9"/>
    <w:rsid w:val="00FC693F"/>
    <w:rPr>
      <w:rFonts w:ascii="Calibri" w:eastAsia="MS Gothic" w:hAnsi="Calibri" w:cs="Times New Roman"/>
      <w:b/>
      <w:bCs/>
      <w:color w:val="365F91"/>
      <w:sz w:val="28"/>
      <w:szCs w:val="28"/>
    </w:rPr>
  </w:style>
  <w:style w:type="character" w:customStyle="1" w:styleId="2Char">
    <w:name w:val="Επικεφαλίδα 2 Char"/>
    <w:link w:val="21"/>
    <w:uiPriority w:val="9"/>
    <w:rsid w:val="00FC693F"/>
    <w:rPr>
      <w:rFonts w:ascii="Calibri" w:eastAsia="MS Gothic" w:hAnsi="Calibri" w:cs="Times New Roman"/>
      <w:b/>
      <w:bCs/>
      <w:color w:val="4F81BD"/>
      <w:sz w:val="26"/>
      <w:szCs w:val="26"/>
    </w:rPr>
  </w:style>
  <w:style w:type="character" w:customStyle="1" w:styleId="3Char">
    <w:name w:val="Επικεφαλίδα 3 Char"/>
    <w:link w:val="31"/>
    <w:uiPriority w:val="9"/>
    <w:rsid w:val="00FC693F"/>
    <w:rPr>
      <w:rFonts w:ascii="Calibri" w:eastAsia="MS Gothic" w:hAnsi="Calibri" w:cs="Times New Roman"/>
      <w:b/>
      <w:bCs/>
      <w:color w:val="4F81BD"/>
    </w:rPr>
  </w:style>
  <w:style w:type="paragraph" w:styleId="a8">
    <w:name w:val="Title"/>
    <w:basedOn w:val="a1"/>
    <w:next w:val="a1"/>
    <w:link w:val="Char1"/>
    <w:uiPriority w:val="10"/>
    <w:qFormat/>
    <w:rsid w:val="00FC693F"/>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Char1">
    <w:name w:val="Τίτλος Char"/>
    <w:link w:val="a8"/>
    <w:uiPriority w:val="10"/>
    <w:rsid w:val="00FC693F"/>
    <w:rPr>
      <w:rFonts w:ascii="Calibri" w:eastAsia="MS Gothic" w:hAnsi="Calibri" w:cs="Times New Roman"/>
      <w:color w:val="17365D"/>
      <w:spacing w:val="5"/>
      <w:kern w:val="28"/>
      <w:sz w:val="52"/>
      <w:szCs w:val="52"/>
    </w:rPr>
  </w:style>
  <w:style w:type="paragraph" w:styleId="a9">
    <w:name w:val="Subtitle"/>
    <w:basedOn w:val="a1"/>
    <w:next w:val="a1"/>
    <w:link w:val="Char2"/>
    <w:uiPriority w:val="11"/>
    <w:qFormat/>
    <w:rsid w:val="00FC693F"/>
    <w:pPr>
      <w:numPr>
        <w:ilvl w:val="1"/>
      </w:numPr>
    </w:pPr>
    <w:rPr>
      <w:rFonts w:eastAsia="MS Gothic"/>
      <w:i/>
      <w:iCs/>
      <w:color w:val="4F81BD"/>
      <w:spacing w:val="15"/>
      <w:sz w:val="24"/>
      <w:szCs w:val="24"/>
    </w:rPr>
  </w:style>
  <w:style w:type="character" w:customStyle="1" w:styleId="Char2">
    <w:name w:val="Υπότιτλος Char"/>
    <w:link w:val="a9"/>
    <w:uiPriority w:val="11"/>
    <w:rsid w:val="00FC693F"/>
    <w:rPr>
      <w:rFonts w:ascii="Calibri" w:eastAsia="MS Gothic" w:hAnsi="Calibri" w:cs="Times New Roman"/>
      <w:i/>
      <w:iCs/>
      <w:color w:val="4F81BD"/>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customStyle="1" w:styleId="Char4">
    <w:name w:val="Κείμενο μακροεντολής Char"/>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rPr>
  </w:style>
  <w:style w:type="character" w:customStyle="1" w:styleId="Char5">
    <w:name w:val="Απόσπασμα Char"/>
    <w:link w:val="af"/>
    <w:uiPriority w:val="29"/>
    <w:rsid w:val="00FC693F"/>
    <w:rPr>
      <w:i/>
      <w:iCs/>
      <w:color w:val="000000"/>
    </w:rPr>
  </w:style>
  <w:style w:type="character" w:customStyle="1" w:styleId="4Char">
    <w:name w:val="Επικεφαλίδα 4 Char"/>
    <w:link w:val="4"/>
    <w:uiPriority w:val="9"/>
    <w:semiHidden/>
    <w:rsid w:val="00FC693F"/>
    <w:rPr>
      <w:rFonts w:ascii="Calibri" w:eastAsia="MS Gothic" w:hAnsi="Calibri" w:cs="Times New Roman"/>
      <w:b/>
      <w:bCs/>
      <w:i/>
      <w:iCs/>
      <w:color w:val="4F81BD"/>
    </w:rPr>
  </w:style>
  <w:style w:type="character" w:customStyle="1" w:styleId="5Char">
    <w:name w:val="Επικεφαλίδα 5 Char"/>
    <w:link w:val="5"/>
    <w:uiPriority w:val="9"/>
    <w:semiHidden/>
    <w:rsid w:val="00FC693F"/>
    <w:rPr>
      <w:rFonts w:ascii="Calibri" w:eastAsia="MS Gothic" w:hAnsi="Calibri" w:cs="Times New Roman"/>
      <w:color w:val="243F60"/>
    </w:rPr>
  </w:style>
  <w:style w:type="character" w:customStyle="1" w:styleId="6Char">
    <w:name w:val="Επικεφαλίδα 6 Char"/>
    <w:link w:val="6"/>
    <w:uiPriority w:val="9"/>
    <w:semiHidden/>
    <w:rsid w:val="00FC693F"/>
    <w:rPr>
      <w:rFonts w:ascii="Calibri" w:eastAsia="MS Gothic" w:hAnsi="Calibri" w:cs="Times New Roman"/>
      <w:i/>
      <w:iCs/>
      <w:color w:val="243F60"/>
    </w:rPr>
  </w:style>
  <w:style w:type="character" w:customStyle="1" w:styleId="7Char">
    <w:name w:val="Επικεφαλίδα 7 Char"/>
    <w:link w:val="7"/>
    <w:uiPriority w:val="9"/>
    <w:semiHidden/>
    <w:rsid w:val="00FC693F"/>
    <w:rPr>
      <w:rFonts w:ascii="Calibri" w:eastAsia="MS Gothic" w:hAnsi="Calibri" w:cs="Times New Roman"/>
      <w:i/>
      <w:iCs/>
      <w:color w:val="404040"/>
    </w:rPr>
  </w:style>
  <w:style w:type="character" w:customStyle="1" w:styleId="8Char">
    <w:name w:val="Επικεφαλίδα 8 Char"/>
    <w:link w:val="8"/>
    <w:uiPriority w:val="9"/>
    <w:semiHidden/>
    <w:rsid w:val="00FC693F"/>
    <w:rPr>
      <w:rFonts w:ascii="Calibri" w:eastAsia="MS Gothic" w:hAnsi="Calibri" w:cs="Times New Roman"/>
      <w:color w:val="4F81BD"/>
      <w:sz w:val="20"/>
      <w:szCs w:val="20"/>
    </w:rPr>
  </w:style>
  <w:style w:type="character" w:customStyle="1" w:styleId="9Char">
    <w:name w:val="Επικεφαλίδα 9 Char"/>
    <w:link w:val="9"/>
    <w:uiPriority w:val="9"/>
    <w:semiHidden/>
    <w:rsid w:val="00FC693F"/>
    <w:rPr>
      <w:rFonts w:ascii="Calibri" w:eastAsia="MS Gothic" w:hAnsi="Calibri" w:cs="Times New Roman"/>
      <w:i/>
      <w:iCs/>
      <w:color w:val="404040"/>
      <w:sz w:val="20"/>
      <w:szCs w:val="20"/>
    </w:rPr>
  </w:style>
  <w:style w:type="paragraph" w:styleId="af0">
    <w:name w:val="caption"/>
    <w:basedOn w:val="a1"/>
    <w:next w:val="a1"/>
    <w:uiPriority w:val="35"/>
    <w:semiHidden/>
    <w:unhideWhenUsed/>
    <w:qFormat/>
    <w:rsid w:val="00FC693F"/>
    <w:pPr>
      <w:spacing w:line="240" w:lineRule="auto"/>
    </w:pPr>
    <w:rPr>
      <w:b/>
      <w:bCs/>
      <w:color w:val="4F81BD"/>
      <w:sz w:val="18"/>
      <w:szCs w:val="18"/>
    </w:rPr>
  </w:style>
  <w:style w:type="character" w:styleId="af1">
    <w:name w:val="Strong"/>
    <w:uiPriority w:val="22"/>
    <w:qFormat/>
    <w:rsid w:val="00FC693F"/>
    <w:rPr>
      <w:b/>
      <w:bCs/>
    </w:rPr>
  </w:style>
  <w:style w:type="character" w:styleId="af2">
    <w:name w:val="Emphasis"/>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pBdr>
      <w:spacing w:before="200" w:after="280"/>
      <w:ind w:left="936" w:right="936"/>
    </w:pPr>
    <w:rPr>
      <w:b/>
      <w:bCs/>
      <w:i/>
      <w:iCs/>
      <w:color w:val="4F81BD"/>
    </w:rPr>
  </w:style>
  <w:style w:type="character" w:customStyle="1" w:styleId="Char6">
    <w:name w:val="Έντονο εισαγωγικό Char"/>
    <w:link w:val="af3"/>
    <w:uiPriority w:val="30"/>
    <w:rsid w:val="00FC693F"/>
    <w:rPr>
      <w:b/>
      <w:bCs/>
      <w:i/>
      <w:iCs/>
      <w:color w:val="4F81BD"/>
    </w:rPr>
  </w:style>
  <w:style w:type="character" w:styleId="af4">
    <w:name w:val="Subtle Emphasis"/>
    <w:uiPriority w:val="19"/>
    <w:qFormat/>
    <w:rsid w:val="00FC693F"/>
    <w:rPr>
      <w:i/>
      <w:iCs/>
      <w:color w:val="808080"/>
    </w:rPr>
  </w:style>
  <w:style w:type="character" w:styleId="af5">
    <w:name w:val="Intense Emphasis"/>
    <w:uiPriority w:val="21"/>
    <w:qFormat/>
    <w:rsid w:val="00FC693F"/>
    <w:rPr>
      <w:b/>
      <w:bCs/>
      <w:i/>
      <w:iCs/>
      <w:color w:val="4F81BD"/>
    </w:rPr>
  </w:style>
  <w:style w:type="character" w:styleId="af6">
    <w:name w:val="Subtle Reference"/>
    <w:uiPriority w:val="31"/>
    <w:qFormat/>
    <w:rsid w:val="00FC693F"/>
    <w:rPr>
      <w:smallCaps/>
      <w:color w:val="C0504D"/>
      <w:u w:val="single"/>
    </w:rPr>
  </w:style>
  <w:style w:type="character" w:styleId="af7">
    <w:name w:val="Intense Reference"/>
    <w:uiPriority w:val="32"/>
    <w:qFormat/>
    <w:rsid w:val="00FC693F"/>
    <w:rPr>
      <w:b/>
      <w:bCs/>
      <w:smallCaps/>
      <w:color w:val="C0504D"/>
      <w:spacing w:val="5"/>
      <w:u w:val="single"/>
    </w:rPr>
  </w:style>
  <w:style w:type="character" w:styleId="af8">
    <w:name w:val="Book Title"/>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3"/>
    <w:uiPriority w:val="60"/>
    <w:rsid w:val="00FC693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3"/>
    <w:uiPriority w:val="60"/>
    <w:rsid w:val="00FC693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3"/>
    <w:uiPriority w:val="60"/>
    <w:rsid w:val="00FC693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3"/>
    <w:uiPriority w:val="60"/>
    <w:rsid w:val="00FC693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3"/>
    <w:uiPriority w:val="60"/>
    <w:rsid w:val="00FC693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
    <w:name w:val="Light Shading Accent 6"/>
    <w:basedOn w:val="a3"/>
    <w:uiPriority w:val="60"/>
    <w:rsid w:val="00FC693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c">
    <w:name w:val="Light List"/>
    <w:basedOn w:val="a3"/>
    <w:uiPriority w:val="61"/>
    <w:rsid w:val="00FC69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uiPriority w:val="61"/>
    <w:rsid w:val="00FC693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d">
    <w:name w:val="Light Grid"/>
    <w:basedOn w:val="a3"/>
    <w:uiPriority w:val="62"/>
    <w:rsid w:val="00CB06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1">
    <w:name w:val="Light Grid Accent 1"/>
    <w:basedOn w:val="a3"/>
    <w:uiPriority w:val="62"/>
    <w:rsid w:val="00CB06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1">
    <w:name w:val="Light Grid Accent 2"/>
    <w:basedOn w:val="a3"/>
    <w:uiPriority w:val="62"/>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1">
    <w:name w:val="Light Grid Accent 3"/>
    <w:basedOn w:val="a3"/>
    <w:uiPriority w:val="62"/>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62"/>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1">
    <w:name w:val="Light Grid Accent 5"/>
    <w:basedOn w:val="a3"/>
    <w:uiPriority w:val="62"/>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1">
    <w:name w:val="Light Grid Accent 6"/>
    <w:basedOn w:val="a3"/>
    <w:uiPriority w:val="62"/>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0">
    <w:name w:val="Medium Shading 1"/>
    <w:basedOn w:val="a3"/>
    <w:uiPriority w:val="63"/>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uiPriority w:val="63"/>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5">
    <w:name w:val="Medium Shading 2"/>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uiPriority w:val="65"/>
    <w:rsid w:val="00CB06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rsid w:val="00CB06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rsid w:val="00CB06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rsid w:val="00CB06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rsid w:val="00CB06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rsid w:val="00CB06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6">
    <w:name w:val="Medium List 2"/>
    <w:basedOn w:val="a3"/>
    <w:uiPriority w:val="66"/>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3"/>
    <w:uiPriority w:val="66"/>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uiPriority w:val="66"/>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uiPriority w:val="66"/>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uiPriority w:val="66"/>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uiPriority w:val="66"/>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uiPriority w:val="66"/>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2">
    <w:name w:val="Medium Grid 1"/>
    <w:basedOn w:val="a3"/>
    <w:uiPriority w:val="67"/>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uiPriority w:val="67"/>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7">
    <w:name w:val="Medium Grid 2"/>
    <w:basedOn w:val="a3"/>
    <w:uiPriority w:val="68"/>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1">
    <w:name w:val="Medium Grid 2 Accent 1"/>
    <w:basedOn w:val="a3"/>
    <w:uiPriority w:val="68"/>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1">
    <w:name w:val="Medium Grid 2 Accent 2"/>
    <w:basedOn w:val="a3"/>
    <w:uiPriority w:val="68"/>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1">
    <w:name w:val="Medium Grid 2 Accent 3"/>
    <w:basedOn w:val="a3"/>
    <w:uiPriority w:val="68"/>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1">
    <w:name w:val="Medium Grid 2 Accent 4"/>
    <w:basedOn w:val="a3"/>
    <w:uiPriority w:val="68"/>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1">
    <w:name w:val="Medium Grid 2 Accent 5"/>
    <w:basedOn w:val="a3"/>
    <w:uiPriority w:val="68"/>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1">
    <w:name w:val="Medium Grid 2 Accent 6"/>
    <w:basedOn w:val="a3"/>
    <w:uiPriority w:val="68"/>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5">
    <w:name w:val="Medium Grid 3"/>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3"/>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e">
    <w:name w:val="Dark List"/>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rsid w:val="00CB066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
    <w:name w:val="Colorful Shading"/>
    <w:basedOn w:val="a3"/>
    <w:uiPriority w:val="71"/>
    <w:rsid w:val="00CB06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3">
    <w:name w:val="Colorful Shading Accent 1"/>
    <w:basedOn w:val="a3"/>
    <w:uiPriority w:val="71"/>
    <w:rsid w:val="00CB06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uiPriority w:val="71"/>
    <w:rsid w:val="00CB06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uiPriority w:val="71"/>
    <w:rsid w:val="00CB06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rsid w:val="00CB06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uiPriority w:val="71"/>
    <w:rsid w:val="00CB06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uiPriority w:val="71"/>
    <w:rsid w:val="00CB06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0">
    <w:name w:val="Colorful List"/>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1">
    <w:name w:val="Colorful Grid"/>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2;&#937;&#931;&#932;&#913;&#925;&#932;&#921;&#925;&#927;&#931;\OneDrive\Desktop\&#928;&#929;&#927;&#924;&#919;&#920;&#917;&#913;&#931;\&#928;&#929;&#927;&#932;&#933;&#928;&#913;\&#928;&#929;&#927;&#932;&#933;&#928;&#927;%20&#917;&#928;&#921;&#931;&#932;&#927;&#923;&#917;&#931;.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F22B2-A638-412D-80EF-20737FC4E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ΠΡΟΤΥΠΟ ΕΠΙΣΤΟΛΕΣ</Template>
  <TotalTime>13</TotalTime>
  <Pages>2</Pages>
  <Words>348</Words>
  <Characters>1880</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ΚΩΣΤΑΝΤΙΝΟΣ</dc:creator>
  <cp:keywords/>
  <dc:description>generated by python-docx</dc:description>
  <cp:lastModifiedBy>Diamantina Agrapidaki</cp:lastModifiedBy>
  <cp:revision>9</cp:revision>
  <dcterms:created xsi:type="dcterms:W3CDTF">2026-10-01T14:08:00Z</dcterms:created>
  <dcterms:modified xsi:type="dcterms:W3CDTF">2026-10-02T05:33:00Z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8ac1a4c7-6c1e-4239-9fa0-ca30a7f20fab</vt:lpwstr>
  </property>
</Properties>
</file>